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Wzór formularza odstąpienia od Umowy</w:t>
      </w:r>
    </w:p>
    <w:p>
      <w:r>
        <w:t>Socialu.ai · Data obowiązywania: 14 października 2026 r.</w:t>
      </w:r>
    </w:p>
    <w:p>
      <w:r>
        <w:t>Usługodawca: Studio Kreacja Przemysław Bazanowski, ul. Artura Grottgera 15/11, 63-100 Śrem, NIP 7851746559, e-mail: office@socialu.ai, serwis: https://socialu.ai</w:t>
      </w:r>
    </w:p>
    <w:p>
      <w:pPr>
        <w:pStyle w:val="Heading1"/>
      </w:pPr>
      <w:r>
        <w:t>Adresat</w:t>
      </w:r>
    </w:p>
    <w:p>
      <w:r>
        <w:t>Studio Kreacja Przemysław Bazanowski, ul. Artura Grottgera 15/11, 63-100 Śrem; office@socialu.ai</w:t>
      </w:r>
    </w:p>
    <w:p>
      <w:pPr>
        <w:pStyle w:val="Heading1"/>
      </w:pPr>
      <w:r>
        <w:t>Oświadczenie</w:t>
      </w:r>
    </w:p>
    <w:p>
      <w:r>
        <w:t>Niniejszym informuję o odstąpieniu od umowy o świadczenie usług Socialu.ai zawartej dnia: ................................................</w:t>
      </w:r>
    </w:p>
    <w:p>
      <w:r>
        <w:t>Imię i nazwisko konsumenta: ................................................</w:t>
      </w:r>
    </w:p>
    <w:p>
      <w:r>
        <w:t>Adres konsumenta: ................................................</w:t>
      </w:r>
    </w:p>
    <w:p>
      <w:r>
        <w:t>Adres e-mail powiązany z Kontem: ................................................</w:t>
      </w:r>
    </w:p>
    <w:p>
      <w:r>
        <w:t>Data: ................................................</w:t>
      </w:r>
    </w:p>
    <w:p>
      <w:r>
        <w:t>Podpis (wyłącznie gdy formularz przesyłany jest w postaci papierowej): ................................................</w:t>
      </w:r>
    </w:p>
    <w:p>
      <w:pPr>
        <w:pStyle w:val="Heading1"/>
      </w:pPr>
      <w:r>
        <w:t>Informacja</w:t>
      </w:r>
    </w:p>
    <w:p>
      <w:r>
        <w:t>Wzór jest fakultatywny. Konsument może złożyć oświadczenie także w innej jednoznacznej formie, np. e-mailem. Termin i skutki odstąpienia wynikają z ustawy o prawach konsumenta.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formularza odstąpienia od Umowy</dc:title>
  <dc:subject/>
  <dc:creator>Socialu.ai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